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 غدا يوم جديد"لعبد الحميد بن هدوقة"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صايفي/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