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الفنون في رواية بما تحلم الذئاب؟لياسمينة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زرندي ابتسام/ مغزيلي منى/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