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اللعنة والغفران لعزالدين ميهوبي دراسة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نسيمة كروم/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