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 elémentaire et cryptographie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Zerizer Hayet/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