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Localisation d'un Anneau et carps de fractions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Bouayad Aya/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5100411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