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électronique de documents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Taloub Amina/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0040311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