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la vente des véhicules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Ferhat Yasser/ Bouzahzah Mounira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0040911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