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de banach et théorie spectral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Lamir Zeggar Imen/ Leulmi Assma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5100311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