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Guerba Dhiya El Heq/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