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l'inverse d'un nombre p-adique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Bouchetiba KHadidja/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