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 systeme d'information de gestion de stock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Fekraoui Abdennour/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