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développement d 'une application web pour l'inscription en ligne des étudiants au niveau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Bara Sihem/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