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opérateurs linéares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Boumelit Imane/ Ahmed yahia Rakia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