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une application cliient/serveur dotée d'un moteur de recherche pour l'archivage et la consultation des mémoires de fin d'étude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nabila/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