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لوحة القيادة في تسيير المؤسسة اللإقتصادية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فاتح وهيهي/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