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عبد الله حمادي قصيدة البرزخ و السكين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هيلة ناموس/ بسمة جبلي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