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دنيا لمحمود طرشونة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نصيرة/ عريقة بسمة/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