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descriptive : en 27 fiches : comprendre et s'entraîner facil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rice Lethielle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1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descriptiv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