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 Delcourt/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9782100483860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