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numériques et optimisation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jean-pierre corriou/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approximation (mathématiques), fonction de variable réelle complexe, optimisation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9782743013172</w:t>
            </w:r>
          </w:p>
        </w:tc>
      </w:tr>
    </w:tbl>
    <w:p>
      <w:pPr>
        <w:pStyle w:val="Heading3"/>
      </w:pPr>
      <w:r>
        <w:t>Résumé :</w:t>
      </w:r>
    </w:p>
    <w:p>
      <w:r>
        <w:t>Panorama des méthodes et techniques d'optimisation comme l'interpolation et l'approximation, l'intégration numérique, les méthodes analytiques et numériques d'optimisation ou la programmation linéaire.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