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 en 80 fiches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frédéric bertrand/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2100544387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statistique/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