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الوطني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د.أحمد شرفي الرفاعي/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9789947261279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