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ديوان أبي فراس الحمداني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أبي فراس الحمداني/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الهدى/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8001147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ديوان/ أبي فراس الحمداني/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