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زهور الأزمة المتوحش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يلالي خلا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