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عند الطيب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العاشور/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9789961654767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الروايات العربية/ البنية السردية/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