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التحولات الجديدة للسانيات التاريخية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9789961653081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اللسانيات التاريخية/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