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الحكاية الشعبية في منطقة بجاية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حورية بن سالم/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9789961669082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الحكاية الشعبية/ بجاية/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