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المعجمية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ابن حويلي الأخضر ميدني/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المعجم/ اللسان العربي/ المعجمية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