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الحجاج والحقيقة و آفاق التأويل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الشبعان/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17*24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9789959294821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الحجاج/ الحقيقة/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