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لغة القصيدة الصوفية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المفارقة/ الصوفية/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