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الشعر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عبد الحميد مراشدة/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