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منهج سيبويه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إدريس مقبول/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9789957702656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اللسانيات/ اللهجات/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