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طه علي حسين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طرق التدريس/ التدريس/ استرتتيجيات التدريس/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