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النقد الادبي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زكي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9789953537467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