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اللساني في الحضارة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الإنسان و اللغة/ المواضعة/ مقومات الكلام/ الفكر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