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التخاطب الإسلامي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محمد محمد يونس 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المدار الإسلامي/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9789959293688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علم التخاطب الإسلامي/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