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النسق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يوسف عليمات/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15*22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9789957701260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الثقافي/ النص الشعري/ العصر الجاهلي/ الشعراء الصعاليك/ صورة المكان/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