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مصطفى ابو شوارب/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80001192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الصورة الشعرية/ النسيج اللغوي/ البنية الإيقاعية/ شعرية النص/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