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الصوتيات العربية والغربية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فقه اللغة/ الصوتيات/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