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وهج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السعودية/ الرواية العربية/ النقد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