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وحوار الحضارات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 د سالم المعوش/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9789953488301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الرواية/ المسرح/ الحوار الأدبي/ الحوار الحضاري/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