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ضاري جمادي/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العلوم الإسلامية/ الحديث النبوي/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