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رشيد عبد الرحمان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المجمع العلمي/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الدراسات اللغوية/ القرآن الكريم/ العربية القديمة/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