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تعلم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انطوان الصياح/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9789953537702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التقويم/ تعليم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