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آفاق الكلام وتكلم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الواسع الحميري/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الجامعية للدراسات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الكلام/ تكلم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