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الخطيئة والتكفير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الغدامي/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9789953681528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