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انفتاح النسق اللساني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محي الدين محسب/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9789959294081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علم النفس/ اللسانيات النفسية/ النحو التوليدي/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