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اللغويات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شحدة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اللغات/ علم اللغويات/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