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عيد حسون العكن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114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