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الشافي الشامل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محمود حسني مغاسلة/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9789957068493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